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32A61" w14:textId="018AA469" w:rsidR="00072F19" w:rsidRDefault="00000000">
      <w:pPr>
        <w:pStyle w:val="Heading1"/>
      </w:pPr>
      <w:r>
        <w:t>MEYHM Family Foundation</w:t>
      </w:r>
      <w:r>
        <w:br/>
        <w:t xml:space="preserve">Scholarship </w:t>
      </w:r>
      <w:r w:rsidR="003A2A8A">
        <w:t xml:space="preserve">Program </w:t>
      </w:r>
      <w:r>
        <w:t>Application Form</w:t>
      </w:r>
    </w:p>
    <w:p w14:paraId="0A7DCA65" w14:textId="77777777" w:rsidR="00072F19" w:rsidRDefault="00000000">
      <w:r>
        <w:t>(Please complete all sections. Incomplete applications may not be reviewed.)</w:t>
      </w:r>
    </w:p>
    <w:p w14:paraId="16CA419C" w14:textId="77777777" w:rsidR="00072F19" w:rsidRDefault="00000000">
      <w:pPr>
        <w:pStyle w:val="Heading2"/>
      </w:pPr>
      <w:r>
        <w:t>Section 1: Personal Information</w:t>
      </w:r>
    </w:p>
    <w:p w14:paraId="6843CAFF" w14:textId="77777777" w:rsidR="00072F19" w:rsidRDefault="00000000" w:rsidP="00F97171">
      <w:pPr>
        <w:spacing w:before="120"/>
      </w:pPr>
      <w:r>
        <w:t>Full Legal Name:</w:t>
      </w:r>
    </w:p>
    <w:p w14:paraId="0BCF83DD" w14:textId="77777777" w:rsidR="00072F19" w:rsidRDefault="00000000">
      <w:r>
        <w:t>Preferred Name (if any):</w:t>
      </w:r>
    </w:p>
    <w:p w14:paraId="5E2BFFE4" w14:textId="4669EAC8" w:rsidR="00F10F6B" w:rsidRDefault="00F10F6B">
      <w:r>
        <w:t xml:space="preserve">Country of Origin: </w:t>
      </w:r>
    </w:p>
    <w:p w14:paraId="7E0F774B" w14:textId="77777777" w:rsidR="00072F19" w:rsidRDefault="00000000">
      <w:r>
        <w:t>Home Phone:</w:t>
      </w:r>
    </w:p>
    <w:p w14:paraId="32607707" w14:textId="77777777" w:rsidR="00072F19" w:rsidRDefault="00000000">
      <w:r>
        <w:t>Mobile Phone:</w:t>
      </w:r>
    </w:p>
    <w:p w14:paraId="39C307E8" w14:textId="55B4E8EB" w:rsidR="00072F19" w:rsidRDefault="00000000">
      <w:r>
        <w:t>Email:</w:t>
      </w:r>
    </w:p>
    <w:p w14:paraId="1C4879FF" w14:textId="77777777" w:rsidR="00072F19" w:rsidRDefault="00000000">
      <w:r>
        <w:t>Current Address (Street, Apt, City, State, Zip):</w:t>
      </w:r>
    </w:p>
    <w:p w14:paraId="237CED93" w14:textId="77777777" w:rsidR="00072F19" w:rsidRDefault="00000000">
      <w:r>
        <w:t>Years at Current Address:</w:t>
      </w:r>
    </w:p>
    <w:p w14:paraId="0AB2F440" w14:textId="77777777" w:rsidR="00072F19" w:rsidRDefault="00000000">
      <w:r>
        <w:t>Previous Address (if under 3 years at current address):</w:t>
      </w:r>
    </w:p>
    <w:p w14:paraId="0DB782E0" w14:textId="7B0C5D3E" w:rsidR="00F10F6B" w:rsidRDefault="00000000">
      <w:r>
        <w:t xml:space="preserve">Residency/Citizenship Status (Check one): </w:t>
      </w:r>
      <w:proofErr w:type="gramStart"/>
      <w:r>
        <w:t>[ ]</w:t>
      </w:r>
      <w:proofErr w:type="gramEnd"/>
      <w:r>
        <w:t xml:space="preserve"> US </w:t>
      </w:r>
      <w:proofErr w:type="gramStart"/>
      <w:r>
        <w:t>Citizen  [</w:t>
      </w:r>
      <w:proofErr w:type="gramEnd"/>
      <w:r>
        <w:t xml:space="preserve"> ] Permanent </w:t>
      </w:r>
      <w:proofErr w:type="gramStart"/>
      <w:r>
        <w:t>Resident  [</w:t>
      </w:r>
      <w:proofErr w:type="gramEnd"/>
      <w:r>
        <w:t xml:space="preserve"> ] SIV </w:t>
      </w:r>
      <w:proofErr w:type="gramStart"/>
      <w:r>
        <w:t>Holder  [</w:t>
      </w:r>
      <w:proofErr w:type="gramEnd"/>
      <w:r>
        <w:t xml:space="preserve"> ] Refugee/</w:t>
      </w:r>
      <w:proofErr w:type="gramStart"/>
      <w:r>
        <w:t>Asylee  [</w:t>
      </w:r>
      <w:proofErr w:type="gramEnd"/>
      <w:r>
        <w:t xml:space="preserve"> ] </w:t>
      </w:r>
      <w:proofErr w:type="gramStart"/>
      <w:r>
        <w:t>TPS  [</w:t>
      </w:r>
      <w:proofErr w:type="gramEnd"/>
      <w:r>
        <w:t xml:space="preserve"> ] Other:</w:t>
      </w:r>
    </w:p>
    <w:p w14:paraId="535BB64D" w14:textId="77777777" w:rsidR="00072F19" w:rsidRDefault="00000000">
      <w:r>
        <w:t>Do you support any dependents? [ ] Yes [ ] No  If yes, how many?</w:t>
      </w:r>
    </w:p>
    <w:p w14:paraId="006D7E98" w14:textId="77777777" w:rsidR="00072F19" w:rsidRDefault="00000000">
      <w:r>
        <w:t>Do you live with a parent/guardian? [ ] Yes [ ] No</w:t>
      </w:r>
    </w:p>
    <w:p w14:paraId="039E3FCD" w14:textId="77777777" w:rsidR="00072F19" w:rsidRDefault="00000000">
      <w:pPr>
        <w:pStyle w:val="Heading2"/>
      </w:pPr>
      <w:r>
        <w:t>Employment &amp; Financial Information</w:t>
      </w:r>
    </w:p>
    <w:p w14:paraId="69023FE3" w14:textId="77777777" w:rsidR="00072F19" w:rsidRDefault="00000000">
      <w:r>
        <w:t>Current Employer (name, address, position, start date):</w:t>
      </w:r>
    </w:p>
    <w:p w14:paraId="1659D772" w14:textId="77777777" w:rsidR="00072F19" w:rsidRDefault="00000000">
      <w:r>
        <w:t>Previous Employment (past 3 years):</w:t>
      </w:r>
    </w:p>
    <w:p w14:paraId="65632234" w14:textId="3D7AA108" w:rsidR="00F10F6B" w:rsidRDefault="00F10F6B">
      <w:r>
        <w:t xml:space="preserve">Civic or Community Service (if any): </w:t>
      </w:r>
    </w:p>
    <w:p w14:paraId="0FAADAD4" w14:textId="77777777" w:rsidR="00072F19" w:rsidRDefault="00000000">
      <w:r>
        <w:t>Prior Year’s Household Income (Adjusted Gross Income): $__________ (Attach most recent tax return or income statement)</w:t>
      </w:r>
    </w:p>
    <w:p w14:paraId="2899A326" w14:textId="77777777" w:rsidR="00072F19" w:rsidRDefault="00000000">
      <w:r>
        <w:t>Other Sources of Financial Assistance (if any):</w:t>
      </w:r>
    </w:p>
    <w:p w14:paraId="2914C21F" w14:textId="77777777" w:rsidR="00072F19" w:rsidRDefault="00000000">
      <w:pPr>
        <w:pStyle w:val="Heading2"/>
      </w:pPr>
      <w:r>
        <w:t>Section 2: Academic Information</w:t>
      </w:r>
    </w:p>
    <w:p w14:paraId="1C67E685" w14:textId="77777777" w:rsidR="00072F19" w:rsidRDefault="00000000" w:rsidP="00F97171">
      <w:pPr>
        <w:spacing w:before="120"/>
      </w:pPr>
      <w:r>
        <w:t>Are you applying for: [ ] Vocational Program  [ ] Academic Program (college/university)</w:t>
      </w:r>
    </w:p>
    <w:p w14:paraId="59034C30" w14:textId="77777777" w:rsidR="00072F19" w:rsidRDefault="00000000">
      <w:r>
        <w:t>Institution Name:</w:t>
      </w:r>
    </w:p>
    <w:p w14:paraId="6E8EBF67" w14:textId="77777777" w:rsidR="00072F19" w:rsidRDefault="00000000">
      <w:r>
        <w:lastRenderedPageBreak/>
        <w:t>Program/Major:</w:t>
      </w:r>
    </w:p>
    <w:p w14:paraId="7551B6D2" w14:textId="77777777" w:rsidR="00072F19" w:rsidRDefault="00000000">
      <w:r>
        <w:t>Program Start Date: ________    End Date: ________</w:t>
      </w:r>
    </w:p>
    <w:p w14:paraId="5ADF7F6A" w14:textId="167CEB63" w:rsidR="00072F19" w:rsidRDefault="00000000">
      <w:r>
        <w:t>Expected Total Cost</w:t>
      </w:r>
      <w:r w:rsidR="00FC374D">
        <w:t xml:space="preserve"> per Semester</w:t>
      </w:r>
      <w:r>
        <w:t xml:space="preserve"> (tuition, </w:t>
      </w:r>
      <w:r w:rsidR="00FC374D">
        <w:t xml:space="preserve">books, </w:t>
      </w:r>
      <w:r>
        <w:t>fees, etc.): $__________</w:t>
      </w:r>
    </w:p>
    <w:p w14:paraId="4B27D95A" w14:textId="17952537" w:rsidR="00072F19" w:rsidRDefault="00000000">
      <w:r>
        <w:t xml:space="preserve">Grade Point Average (GPA): __________ (Attach </w:t>
      </w:r>
      <w:r w:rsidR="00FC374D">
        <w:t xml:space="preserve">most recent </w:t>
      </w:r>
      <w:r>
        <w:t>transcript)</w:t>
      </w:r>
    </w:p>
    <w:p w14:paraId="52CA3559" w14:textId="77777777" w:rsidR="00072F19" w:rsidRDefault="00000000">
      <w:r>
        <w:t>Have you received an acceptance letter? [ ] Yes [ ] No (Attach if available)</w:t>
      </w:r>
    </w:p>
    <w:p w14:paraId="326D8780" w14:textId="77777777" w:rsidR="00072F19" w:rsidRDefault="00000000">
      <w:pPr>
        <w:pStyle w:val="Heading2"/>
      </w:pPr>
      <w:r>
        <w:t>Section 3: Personal Statement &amp; Financial Need</w:t>
      </w:r>
    </w:p>
    <w:p w14:paraId="2EF4101E" w14:textId="0453CE08" w:rsidR="00072F19" w:rsidRDefault="00000000">
      <w:r>
        <w:t xml:space="preserve">Please write a short essay (max </w:t>
      </w:r>
      <w:r w:rsidR="00FC374D">
        <w:t>2</w:t>
      </w:r>
      <w:r>
        <w:t xml:space="preserve">50 words) describing your background, financial need, and how this scholarship will support your goals. Include any special circumstances you </w:t>
      </w:r>
      <w:r w:rsidR="00FC374D">
        <w:t>would like</w:t>
      </w:r>
      <w:r>
        <w:t xml:space="preserve"> the </w:t>
      </w:r>
      <w:r w:rsidR="00FC374D">
        <w:t xml:space="preserve">selection </w:t>
      </w:r>
      <w:r>
        <w:t>committee to consider.</w:t>
      </w:r>
    </w:p>
    <w:p w14:paraId="641B27D6" w14:textId="77777777" w:rsidR="00072F19" w:rsidRDefault="00000000">
      <w:pPr>
        <w:pStyle w:val="Heading2"/>
      </w:pPr>
      <w:r>
        <w:t>Section 4: References</w:t>
      </w:r>
    </w:p>
    <w:p w14:paraId="00D42DE3" w14:textId="77777777" w:rsidR="00072F19" w:rsidRDefault="00000000">
      <w:r>
        <w:t>Provide at least two references (one teacher/employer, one community member not related to you):</w:t>
      </w:r>
    </w:p>
    <w:p w14:paraId="66F11B94" w14:textId="77777777" w:rsidR="00072F19" w:rsidRDefault="00000000">
      <w:r>
        <w:t>Reference 1: Name, Title/Relationship, Email, Phone</w:t>
      </w:r>
    </w:p>
    <w:p w14:paraId="4ABBECDC" w14:textId="77777777" w:rsidR="00072F19" w:rsidRDefault="00000000">
      <w:r>
        <w:t>Reference 2: Name, Title/Relationship, Email, Phone</w:t>
      </w:r>
    </w:p>
    <w:p w14:paraId="267A8F09" w14:textId="77777777" w:rsidR="00072F19" w:rsidRDefault="00000000">
      <w:pPr>
        <w:pStyle w:val="Heading2"/>
      </w:pPr>
      <w:r>
        <w:t>Section 5: Certification</w:t>
      </w:r>
    </w:p>
    <w:p w14:paraId="46CE2150" w14:textId="77777777" w:rsidR="00072F19" w:rsidRDefault="00000000">
      <w:r>
        <w:t>By signing below, I certify that the information provided is true and complete to the best of my knowledge.</w:t>
      </w:r>
    </w:p>
    <w:p w14:paraId="6CE0DA1E" w14:textId="77777777" w:rsidR="00072F19" w:rsidRDefault="00000000">
      <w:r>
        <w:t>[ ] I authorize MEYHM Family Foundation to verify any of the information in this application.</w:t>
      </w:r>
    </w:p>
    <w:p w14:paraId="091CABDC" w14:textId="77777777" w:rsidR="00072F19" w:rsidRDefault="00000000">
      <w:r>
        <w:t>Applicant Signature: ____________________________     Date: __________</w:t>
      </w:r>
    </w:p>
    <w:p w14:paraId="2BF9CD3F" w14:textId="77777777" w:rsidR="00072F19" w:rsidRDefault="00000000">
      <w:r>
        <w:t>Parent/Guardian Signature (if under 18): ____________________________</w:t>
      </w:r>
    </w:p>
    <w:p w14:paraId="2943B7D0" w14:textId="77777777" w:rsidR="00072F19" w:rsidRDefault="00000000">
      <w:pPr>
        <w:pStyle w:val="Heading2"/>
      </w:pPr>
      <w:r>
        <w:t>Required Attachments Checklist</w:t>
      </w:r>
    </w:p>
    <w:p w14:paraId="4A093DF5" w14:textId="6BFE9D4C" w:rsidR="00072F19" w:rsidRDefault="00000000">
      <w:proofErr w:type="gramStart"/>
      <w:r>
        <w:t>[ ]</w:t>
      </w:r>
      <w:proofErr w:type="gramEnd"/>
      <w:r>
        <w:t xml:space="preserve"> Transcript</w:t>
      </w:r>
      <w:r>
        <w:br/>
      </w:r>
      <w:proofErr w:type="gramStart"/>
      <w:r>
        <w:t>[ ]</w:t>
      </w:r>
      <w:proofErr w:type="gramEnd"/>
      <w:r>
        <w:t xml:space="preserve"> Tax Return or </w:t>
      </w:r>
      <w:r w:rsidR="00FC374D">
        <w:t>Proof of Income</w:t>
      </w:r>
      <w:r>
        <w:br/>
      </w:r>
      <w:proofErr w:type="gramStart"/>
      <w:r>
        <w:t>[ ]</w:t>
      </w:r>
      <w:proofErr w:type="gramEnd"/>
      <w:r>
        <w:t xml:space="preserve"> Acceptance Letter (if available)</w:t>
      </w:r>
      <w:r>
        <w:br/>
      </w:r>
      <w:proofErr w:type="gramStart"/>
      <w:r>
        <w:t>[ ]</w:t>
      </w:r>
      <w:proofErr w:type="gramEnd"/>
      <w:r>
        <w:t xml:space="preserve"> Personal Statement</w:t>
      </w:r>
      <w:r>
        <w:br/>
      </w:r>
      <w:proofErr w:type="gramStart"/>
      <w:r>
        <w:t>[ ]</w:t>
      </w:r>
      <w:proofErr w:type="gramEnd"/>
      <w:r>
        <w:t xml:space="preserve"> References</w:t>
      </w:r>
    </w:p>
    <w:sectPr w:rsidR="00072F1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38898968">
    <w:abstractNumId w:val="8"/>
  </w:num>
  <w:num w:numId="2" w16cid:durableId="929854618">
    <w:abstractNumId w:val="6"/>
  </w:num>
  <w:num w:numId="3" w16cid:durableId="1153134771">
    <w:abstractNumId w:val="5"/>
  </w:num>
  <w:num w:numId="4" w16cid:durableId="1102338841">
    <w:abstractNumId w:val="4"/>
  </w:num>
  <w:num w:numId="5" w16cid:durableId="1562206540">
    <w:abstractNumId w:val="7"/>
  </w:num>
  <w:num w:numId="6" w16cid:durableId="2044667121">
    <w:abstractNumId w:val="3"/>
  </w:num>
  <w:num w:numId="7" w16cid:durableId="464617396">
    <w:abstractNumId w:val="2"/>
  </w:num>
  <w:num w:numId="8" w16cid:durableId="274026013">
    <w:abstractNumId w:val="1"/>
  </w:num>
  <w:num w:numId="9" w16cid:durableId="659696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05F"/>
    <w:rsid w:val="00027351"/>
    <w:rsid w:val="00034616"/>
    <w:rsid w:val="0006063C"/>
    <w:rsid w:val="00072F19"/>
    <w:rsid w:val="0015074B"/>
    <w:rsid w:val="0029639D"/>
    <w:rsid w:val="00326F90"/>
    <w:rsid w:val="003A2A8A"/>
    <w:rsid w:val="005A23F8"/>
    <w:rsid w:val="00AA1D8D"/>
    <w:rsid w:val="00B47730"/>
    <w:rsid w:val="00CB0664"/>
    <w:rsid w:val="00CB5E0B"/>
    <w:rsid w:val="00F10F6B"/>
    <w:rsid w:val="00F97171"/>
    <w:rsid w:val="00FC374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B1D964"/>
  <w14:defaultImageDpi w14:val="300"/>
  <w15:docId w15:val="{6285D8CA-8665-294A-912A-C0FE721E4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354</Words>
  <Characters>2070</Characters>
  <Application>Microsoft Office Word</Application>
  <DocSecurity>0</DocSecurity>
  <Lines>55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M.G. Abutaleb</cp:lastModifiedBy>
  <cp:revision>2</cp:revision>
  <dcterms:created xsi:type="dcterms:W3CDTF">2026-02-02T20:05:00Z</dcterms:created>
  <dcterms:modified xsi:type="dcterms:W3CDTF">2026-02-02T20:05:00Z</dcterms:modified>
  <cp:category/>
</cp:coreProperties>
</file>